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Dlhodobý vplyv trvania expozície antibiotikám na recidívu a mikrobiálnu rezistenciu pri stredne ťažkom až ťažkom akné: retrospektívna analýza v reálnom svete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Retrospektívna štúdia na 240 pacientoch vo veku 12–40 rokov so stredne ťažkým až ťažkým akné hodnotila vplyv trvania liečby doxycyklínom alebo minocyklínom (2020–2023) na recidívu a mikrobiálnu rezistenciu. Pacienti boli rozdelení do troch skupín: krátkodobá (6–12 týždňov, n=80), štandardná (13–16 týždňov, n=80) a predĺžená (17–24 týždňov, n=80). Dvanásťmesačná miera recidívy stúpla s dĺžkou liečby: 23,8 % pri krátkodobej, 35,0 % pri štandardnej a 46,3 % pri predĺženej (p &lt; 0,001). Medián prežívania bez recidívy bol 9,2 mesiaca, 8,1 mesiaca a 6,9 mesiaca (log-rank p &lt; 0,001), pričom predĺžená expozícia nezávisle predpovedala recidívu (upravený HR: 2,31, 95 % CI 1,31–4,07, p=0,004). Krátkodobý úspech liečby po 12 týždňoch bol podobný (73,8–76,3 %, p=0,78), zjazvenie (21,3–22,5 %, p=0,97) aj nežiaduce reakcie (27,5–31,3 %, p=0,83) sa nelíšili. Rezistencia na tetracyklíny bola častejšia pri predĺženej expozícii (42,9 % vs. 13,3–17,6 %, p=0,032; n=46). Predĺžená antibiotická liečba zvyšuje riziko recidívy bez zlepšenia krátkodobých výsledkov.</w:t>
      </w:r>
    </w:p>
    <w:p/>
    <w:p>
      <w:pPr>
        <w:jc w:val="center"/>
      </w:pPr>
      <w:r>
        <w:t>Vygenerované: 24.03.2026 07:45:31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