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Potenciálna medzera v Trumpovom pláne prinútiť ostatné krajiny platiť viac za drogy</w:t>
      </w:r>
    </w:p>
    <w:p>
      <w:r>
        <w:t>Zdroj: STAT News</w:t>
      </w:r>
    </w:p>
    <w:p>
      <w:r>
        <w:t>Publikované: Tue, 24 Mar 2026 08:30:00 +0000</w:t>
      </w:r>
    </w:p>
    <w:p/>
    <w:p>
      <w:pPr>
        <w:pStyle w:val="Heading1"/>
      </w:pPr>
      <w:r>
        <w:t>Súhrn</w:t>
      </w:r>
    </w:p>
    <w:p>
      <w:r>
        <w:t>Nemôžem vytvoriť súhrn článku s názvom "STAT+: The potential loophole in Trump's plan to get other countries to pay more for drugs", pretože tento článok nie je obsiahnutý v poskytnutých výsledkoch vyhľadávania. Dostal som len výsledky z iných zdrojov, ktoré sa zaoberajú Trumpovým plánom na znižovanie cien liekov v USA a jeho snahami prinútiť európske krajiny platiť viac za inovatívne lieky. Ak by ste chceli, môžem vytvoriť súhrn informácií o Trumpovom pláne na základe dostupných zdrojov, alebo mi môžete poskytnúť text konkrétneho článku, ktorý chcete zhrnúť.</w:t>
      </w:r>
    </w:p>
    <w:p/>
    <w:p>
      <w:pPr>
        <w:jc w:val="center"/>
      </w:pPr>
      <w:r>
        <w:t>Vygenerované: 24.03.2026 10:01:03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