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tvrdia, že NAD+ môže spomaliť starnutie a bojovať proti Alzheimerovej a Parkinsonovej chorobe</w:t>
      </w:r>
    </w:p>
    <w:p>
      <w:r>
        <w:t>Zdroj: ScienceDaily Health</w:t>
      </w:r>
    </w:p>
    <w:p>
      <w:r>
        <w:t>Publikované: Tue, 24 Mar 2026 06:39:06 EDT</w:t>
      </w:r>
    </w:p>
    <w:p/>
    <w:p>
      <w:pPr>
        <w:pStyle w:val="Heading1"/>
      </w:pPr>
      <w:r>
        <w:t>Súhrn</w:t>
      </w:r>
    </w:p>
    <w:p>
      <w:r>
        <w:t>Globálny tím vedcov skúma molekulu NAD⁺, ktorá hrá kľúčovú úlohu pri udržiavaní energie v bunkách, oprave DNA a celkovom zdraví[query]. Hladiny NAD⁺ s vekom klesajú, čo môže viesť k chorobám ako Alzheimerova a Parkinsonova choroba[query][1][3]. Výskumníci testujú spôsoby zvýšenia NAD⁺ pomocou zlúčenín ako NR a NMN[query][1]. Prvé štúdie naznačujú zlepšenie pamäte, metabolizmu a fyzických funkcií[query]. Klinické skúšky pre Alzheimerovu a Parkinsonovu chorobu ukazujú spomalenie a dokonca obrátenie symptómov pomocou NAD⁺[1]. NR ako prekurzor NAD⁺ zachraňuje mitochondriálne defekty a stratu neurónov v modeloch Parkinsonovej choroby[1]. NAD⁺ aktivuje enzýmy sirtuíny a PARP, ktoré sú nevyhnutné pre opravu DNA[1]. Suplementácia NAD⁺ môže podporiť zdravé starnutie a chrániť mozog[2][3].</w:t>
      </w:r>
    </w:p>
    <w:p/>
    <w:p>
      <w:pPr>
        <w:jc w:val="center"/>
      </w:pPr>
      <w:r>
        <w:t>Vygenerované: 24.03.2026 13:00:32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