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Úrovne citlivosti senzorického spracovania u pacientov s poruchami interakcie čreva a mozgu: prierezová štúdia zodpovedajúca skóre sklonu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Štúdia skúmala úrovne citlivosti senzorického spracovania (SPS) u pacientov s poruchami interakcie čreva a mozgu (DGBI) pomocou čínskej verzie škály vysoko citlivej osoby (HSPS-C) a porovnala ich so zdravými kontrolami metódou propensity score matching (PSM). Pacienti s DGBI mali významne vyššie hladiny SPS (p &lt; 0,001) a vyššiu prevalenciu vysoko citlivých osôb (17,3 %). Neboli zistené štatisticky významné rozdiely v SPS alebo distribúcii HSP medzi pacientmi s horným a dolným gastrointestinálnym DGBI (p &gt; 0,05). Ľahkosť excitácie (EOE; OR = 1,403, 95 % CI: 1,110–1,773) a hĺbka spracovania (DOP; OR = 1,315, 95 % CI: 1,044–1,657) boli nezávislými rizikovými faktormi DGBI. ROC analýza ukázala miernu rozlišovaciu schopnosť SPS pre identifikáciu DGBI (AUC = 0,705, 95 % CI: 0,660–0,750). Zvýšené hladiny SPS sú významne spojené s DGBI, no včasná identifikácia charakteristík HSP môže podporiť personalizované intervencie.</w:t>
      </w:r>
    </w:p>
    <w:p/>
    <w:p>
      <w:pPr>
        <w:jc w:val="center"/>
      </w:pPr>
      <w:r>
        <w:t>Vygenerované: 24.03.2026 14:00:45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