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Čo je potrebné zvážiť pred výberom kvalifikácie rýchlej zdravotnej starostlivosti</w:t>
      </w:r>
    </w:p>
    <w:p>
      <w:r>
        <w:t>Zdroj: Pharmaceutical Technology</w:t>
      </w:r>
    </w:p>
    <w:p>
      <w:r>
        <w:t>Publikované: Tue, 24 Mar 2026 10:42:30 +0000</w:t>
      </w:r>
    </w:p>
    <w:p/>
    <w:p>
      <w:pPr>
        <w:pStyle w:val="Heading1"/>
      </w:pPr>
      <w:r>
        <w:t>Súhrn</w:t>
      </w:r>
    </w:p>
    <w:p>
      <w:r>
        <w:t>Pred výberom rýchlej kvalifikácie v zdravotníctve je potrebné identifikovať kariérnu cestu, ktorá zodpovedá vašim cieľom, záujmom, zručnostiam a preferovanému pracovnému prostrediu.[1][2] Každá rola v zdravotníctve, ako ošetrovateľstvo, sonografia, stomatológia či veterinárna oblasť, vyžaduje rôznu úroveň vzdelania a skúseností.[1][2] Pri výbere programu zvážte akreditáciu inštitúcie, aby bol diplom uznávaný zamestnávateľmi a umožňoval prenos kreditov.[1][2] Programy by mali ponúkať praktické hands-on učenie a reálne skúsenosti pre rýchly vstup do praxe.[1][2][3] Zohľadnite rozpočet vrátane možností grantov, pôžičiek alebo finančnej pomoci od škôl.[1][2][3] Niektoré programy poskytujú certifikáciu po ukončení, čo pomáha vyniknúť na trhu práce.[1][2][3] Flexibilné rozvrhy, ako večerné alebo víkendové triedy, umožňujú štúdium pri práci alebo iných povinnostiach.[3]</w:t>
      </w:r>
    </w:p>
    <w:p/>
    <w:p>
      <w:pPr>
        <w:jc w:val="center"/>
      </w:pPr>
      <w:r>
        <w:t>Vygenerované: 24.03.2026 14:00:58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