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Dokážete rozpoznať hlboký falošný röntgen? Nemôže ani váš rádiológ</w:t>
      </w:r>
    </w:p>
    <w:p>
      <w:r>
        <w:t>Zdroj: STAT News</w:t>
      </w:r>
    </w:p>
    <w:p>
      <w:r>
        <w:t>Publikované: Tue, 24 Mar 2026 14:00:00 +0000</w:t>
      </w:r>
    </w:p>
    <w:p/>
    <w:p>
      <w:pPr>
        <w:pStyle w:val="Heading1"/>
      </w:pPr>
      <w:r>
        <w:t>Súhrn</w:t>
      </w:r>
    </w:p>
    <w:p>
      <w:r>
        <w:t>Bohužiaľ, nemôžem vytvoriť súhrn požadovaného článku, pretože jeho obsah nie je obsiahnutý v poskytnutých výsledkoch vyhľadávania. Výsledky obsahujú informácie o umelej inteligencii v zdravotníctve na Slovensku a v regióne, ale konkrétny článok STAT+ s názvom "Can you spot a deepfake X-ray? Neither can your radiologist" v nich nie je dostupný. Na vytvorenie presného a faktického súhrnu podľa vašich požiadaviek by som potreboval prístup k plnému textu tohto článku.</w:t>
      </w:r>
    </w:p>
    <w:p/>
    <w:p>
      <w:pPr>
        <w:jc w:val="center"/>
      </w:pPr>
      <w:r>
        <w:t>Vygenerované: 24.03.2026 15:00:54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