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Transforaminálna intradiskálna injekcia steroidov verzus transforaminálna epidurálna injekcia steroidov pre chronickú diskogénnu bolesť dolnej časti chrbta s aktívnou diskopatiou: protokol randomizovanej kontrolovanej štúdie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Ide o protokol randomizovanej kontrolovanej štúdie, ktorá porovnáva dve metódy liečby chronickej bolesti dolnej časti chrbta spôsobenej aktívnou diskopatiou (Modické zmeny typu 1).[1] Štúdia bude zahŕňať 118 pacientov, ktorí budú náhodne rozdelení tak, aby dostali buď transforaminálnu intradiskálnu injekciu steroidov (TISI) alebo transforaminálnu epidurálnu injekciu steroidov (TESI).[1] Primárnym cieľom je zmerať zmenu intenzity bolesti v dolnej časti chrbta do jedného mesiaca po zákroku pomocou numerickej hodnotiacej škály.[1] Vedľajšie výsledky budú sledovať pacientov až 12 mesiacov a budú zahŕňať funkčný stav, kvalitu života, psychologický stav a rádiologické zmeny.[1] Štúdia je jednocentrová, prospektívna a zaslepená tak, aby hodnotitelia a pacienti nevedeli, ktorú liečbu dostali.[1] Výskumníci očakávajú, že priame porovnanie týchto dvoch mechanicky odlišných injekčných terapií vyplní dôležitú medzeru v medicínskom poznaní a pomôže vyvíjať lepšie liečebné postupy pre túto skupinu pacientov.[1]</w:t>
      </w:r>
    </w:p>
    <w:p/>
    <w:p>
      <w:pPr>
        <w:jc w:val="center"/>
      </w:pPr>
      <w:r>
        <w:t>Vygenerované: 24.03.2026 16:00:35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