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Baby-Killing Doctor zomiera; Termín riaditeľa CDC sa blíži; Údaje zo štúdie Lyme Vax</w:t>
      </w:r>
    </w:p>
    <w:p>
      <w:r>
        <w:t>Zdroj: MedPage Today</w:t>
      </w:r>
    </w:p>
    <w:p>
      <w:r>
        <w:t>Publikované: Tue, 24 Mar 2026 09:38:31 -0400</w:t>
      </w:r>
    </w:p>
    <w:p/>
    <w:p>
      <w:pPr>
        <w:pStyle w:val="Heading1"/>
      </w:pPr>
      <w:r>
        <w:t>Súhrn</w:t>
      </w:r>
    </w:p>
    <w:p>
      <w:r>
        <w:t>Kermit Gosnell, lekár z Philadelphie, odsúdený v roku 2013 za tri prípady vraždy prvého stupňa za zabitie troch živo narodených detí prestrihnutím krku nožnicami, zomrel 1. marca vo veku 85 rokov.[1][2][3] Bol odsúdený na viacnásobné doživotné tresty za smrť dojčiat počas nelegálnych zákrokov a za nedbanlivostnú vraždu pacientky, ktorá zomrela počas potratu.[1][2][3] Jeho klinika vo West Philadelphii bola známa ako „dom hrôz“, kde vykonával nelegálne potraty po 24. týždni tehotenstva a zamestnanci svedčili o zabíjaní novorodencov prestrihnutím chrbtice.[1][2] Gosnell bol tiež odsúdený za prevádzkovanie „pill mill“ s predpisovaním liekov, čo mu prinieslo dodatočný trest a pokutu 50 000 dolárov.[1] Klinika mala zlé hygienické podmienky, vrátane špinavých nástrojov a nádob s telesnými časťami.[2] Prípad odhalili v roku 2010 pri vyšetrovaní distribúcie liekov a viedol k prepusteniu dvoch vysokých úradníkov zdravotníctva v Pensylvánii.[2] Gosnell zomrel v nemocnici mimo väznice State Correctional Institution Smithfield, príčina smrti nebola zverejnená.[1][2]</w:t>
      </w:r>
    </w:p>
    <w:p/>
    <w:p>
      <w:pPr>
        <w:jc w:val="center"/>
      </w:pPr>
      <w:r>
        <w:t>Vygenerované: 24.03.2026 16:00:46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