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Systémové účinky terapií diabetu 2. typu: integrovaný pohľad na kardio-renálno-cerebrálno-metabolickú os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Diabetes typu 2 je systémové ochorenie ovplyvňujúce sieť nervovej, endokrinnej a imunitnej signalizácie, nie len hyperglykémiu. Koncepcia kardio-renálno-cerebrálno-metabolickej osi vysvetľuje multisystémové komplikácie diabetu. Vysoká inzulínová rezistencia a chronické metabolické poruchy spúšťajú oxidačný stres a zápal, ktorý poháňa začarovaný kruh v srdci, obličkách a mozgu. Moderné terapie prešli od kontroly glykémie k ochrane viacerých orgánov. Nové lieky ako inhibítory SGLT2, agonisti GLP-1 a antagonisti receptora mineralokortikoidov znižujú glukózu, kardiovaskulárne príhody, riziko ochorenia obličiek a preukazujú neuroprotektívne účinky. Nefarmakologické intervencie a nové liečby sa kombinujú ako multi-cielený systém. Väčšia znalosť osi podporuje presnú medicínu na stabilizáciu homeostázy a zlepšenie dlhodobých výsledkov pacientov.</w:t>
      </w:r>
    </w:p>
    <w:p/>
    <w:p>
      <w:pPr>
        <w:jc w:val="center"/>
      </w:pPr>
      <w:r>
        <w:t>Vygenerované: 24.03.2026 17:00:31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