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a bezpečnosť nepretržitého pozitívneho tlaku v dýchacích cestách na krvný tlak u pacientov s obštrukčným spánkovým apnoe: prehľad systematických prehľadov a metaanalýz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Tento zastrešujúci prehľad systematických prehľadov a metaanalýz skúmal účinok kontinuálneho pozitívneho tlaku v dýchacích cestách (CPAP) na krvný tlak u pacientov s obštrukčným spánkovým apnoe (OSA). Zahŕňal 17 prehľadov, pričom analýza citačnej matice ukázala opravenú pokrytú oblasť 14,2 %, čo signalizuje významné prekrývanie primárnych štúdií. Podľa hodnotenia AMSTAR-2 bolo iba 3 prehľady vysoko kvalitných, zatiaľ čo 14 (82,3 %) bolo nekvalitných kvôli nedostatku zaregistrovaných protokolov, neadekvátnemu zohľadneniu rizika zaujatosti a slabému vykazovaniu financovania. Istota dôkazov podľa GRADE bola vysoká u 4 výsledkov, stredná u 29, nízka u 51 a veľmi nízka u 25. CPAP terapia je spojená s miernym znížením krvného tlaku, najmä nočného, a je vo všeobecnosti dobre tolerovaná bez závažných nežiaducich účinkov. Zistenia treba interpretovať opatrne pre nízku istotu dôkazov, metodologické nedostatky a prekrývanie štúdií.</w:t>
      </w:r>
    </w:p>
    <w:p/>
    <w:p>
      <w:pPr>
        <w:jc w:val="center"/>
      </w:pPr>
      <w:r>
        <w:t>Vygenerované: 24.03.2026 18:01:49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