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Oregon primary care providers as a frontline defense in the War on Melanoma™: improving access to melanoma education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Toto je opravný článok k štúdii o iniciatíve Oregon Health &amp; Science University War on Melanoma™ (WoM), ktorá zlepšuje prístup k vzdelávaniu o melanóme pre primárnych poskytovateľov zdravotnej starostlivosti (PCP) v Oregone.[1][5] Melanóm je jedna z najsmrteľnejších foriem rakoviny kože, ale pri včasnom odhalení sa lieči chirurgickým vyrezaním.[1] Primárni poskytovatelia zdravotnej starostlivosti hrajú kľúčovú úlohu pri včasnej detekcii kožného karcinómu, no obmedzený čas na vyšetrenia a dermatologické školenie predstavujú prekážky.[1] Kampaň WoM PCP začala v máji 2019 a oslovila 12 792 PCP cez siete primárnej starostlivosti v štáte Oregon prostredníctvom online nástrojov, didaktických prednášok CME, individuálnych stretnutí v praxi a distribúcie materiálov.[1] Doteraz sa 829 PCP zúčastnilo online kurikula Melanoma Toolkit for Early Detection, 1 874 poskytovateľov absolvovalo didaktické prednášky CME a 9 kliník dostalo facilitované stretnutia od Oregon Rural Practice-based Research Network.[1][3] Navštívených bolo 83 kliník (s 770 poskytovateľmi), kde boli rozdané vzdelávacie materiály, a viac ako 150 PCP dostalo bezplatný dermatoskop na smartfón na kožné vyšetrenia a e-konzultácie.[1] Iniciatíva úspešne zaviedla viaczložkový prístup k dostupnému vzdelávaniu PCP v Oregone.[1]</w:t>
      </w:r>
    </w:p>
    <w:p/>
    <w:p>
      <w:pPr>
        <w:jc w:val="center"/>
      </w:pPr>
      <w:r>
        <w:t>Vygenerované: 24.03.2026 20:00:56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