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Skúšobná dilema obezity; Drobná inzulínová pumpa vyčistená; Úmrtia na diabetes typu 5</w:t>
      </w:r>
    </w:p>
    <w:p>
      <w:r>
        <w:t>Zdroj: MedPage Today</w:t>
      </w:r>
    </w:p>
    <w:p>
      <w:r>
        <w:t>Publikované: Tue, 24 Mar 2026 14:32:01 -0400</w:t>
      </w:r>
    </w:p>
    <w:p/>
    <w:p>
      <w:pPr>
        <w:pStyle w:val="Heading1"/>
      </w:pPr>
      <w:r>
        <w:t>Súhrn</w:t>
      </w:r>
    </w:p>
    <w:p>
      <w:r>
        <w:t>V skúškach liekov na obezitu vzniká problém, pretože pacienti často rýchlo rozoznajú, či užívajú placebo, a vyradia sa, aby dostali účinnú liečbu. FDA schválila MiniMed Flex, čo je smartfónová inzulínová pumpa novej generácie. Článok sa zaoberá aj úmrtiami na diabetes typu 5. Tieto informácie pochádzajú z MedPage Today a Bloomberg cez MSN. Skúšobná dilema obezity ovplyvňuje spoľahlivosť výsledkov klinických štúdií. MiniMed Flex predstavuje pokrok v technológii na liečbu diabetu.</w:t>
      </w:r>
    </w:p>
    <w:p/>
    <w:p>
      <w:pPr>
        <w:jc w:val="center"/>
      </w:pPr>
      <w:r>
        <w:t>Vygenerované: 24.03.2026 21:01:37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