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Testovanie HCV vo väzení, liečba môže priniesť značné výnosy komunity</w:t>
      </w:r>
    </w:p>
    <w:p>
      <w:r>
        <w:t>Zdroj: MedPage Today</w:t>
      </w:r>
    </w:p>
    <w:p>
      <w:r>
        <w:t>Publikované: Tue, 24 Mar 2026 14:11:42 -0400</w:t>
      </w:r>
    </w:p>
    <w:p/>
    <w:p>
      <w:pPr>
        <w:pStyle w:val="Heading1"/>
      </w:pPr>
      <w:r>
        <w:t>Súhrn</w:t>
      </w:r>
    </w:p>
    <w:p>
      <w:r>
        <w:t>Simulačná analýza ukazuje, že testovanie a liečba vírusu hepatitídy C (HCV) vo väzení u ľudí, ktorí si injekčne podávajú drogy, môže byť nákladovo efektívnym spôsobom na zníženie počtu infekcií a úmrtí. Tieto zásahy by priniesli značné výnosy pre komunitu. Kombinácia HCV testovania a liečby je kľúčovým prvkom stratégie na elimináciu vírusu z väzenského prostredia. Štúdia zdôrazňuje potenciál takýchto opatrení v prostredí s vysokým rizikom šírenia HCV prostredníctvom zdieľaných ihiel.</w:t>
      </w:r>
    </w:p>
    <w:p/>
    <w:p>
      <w:pPr>
        <w:jc w:val="center"/>
      </w:pPr>
      <w:r>
        <w:t>Vygenerované: 24.03.2026 21:01:47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