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FDA nahlasuje zavádzajúce tvrdenia o liekoch na rakovinu, ktoré predložil miliardársky vlastník ImmunityBio</w:t>
      </w:r>
    </w:p>
    <w:p>
      <w:r>
        <w:t>Zdroj: MedPage Today</w:t>
      </w:r>
    </w:p>
    <w:p>
      <w:r>
        <w:t>Publikované: Tue, 24 Mar 2026 15:35:19 -0400</w:t>
      </w:r>
    </w:p>
    <w:p/>
    <w:p>
      <w:pPr>
        <w:pStyle w:val="Heading1"/>
      </w:pPr>
      <w:r>
        <w:t>Súhrn</w:t>
      </w:r>
    </w:p>
    <w:p>
      <w:r>
        <w:t>Federálne zdravotnícke úrady USA vydali v utorok varovanie pred zavádzajúcimi tvrdeniami o liekoch na rakovinu. Tvrdenia predložil Patrick Soon-Shiong, MD, miliardársky vlastník spoločnosti ImmunityBio. Soon-Shiong nedávno v podcastoch uviedol, že liek jeho firmy na rakovinu močového mechúra môže byť schopný liečiť ďalšie typy rakoviny. FDA označila tieto vyhlásenia za zavádzajúce. Spoločnosť ImmunityBio nedávno získala od FDA schválenie na uskutočnenie klinickej štúdie fázy I. Táto štúdia má posúdiť bezpečnosť a predbežnú účinnosť lieku nazývaného „killer cell“ na boj proti rakovine. Akcie ImmunityBio po oznámení schválenia stúpli o 9,7 % na 16,59 USD dňa 17. mája.</w:t>
      </w:r>
    </w:p>
    <w:p/>
    <w:p>
      <w:pPr>
        <w:jc w:val="center"/>
      </w:pPr>
      <w:r>
        <w:t>Vygenerované: 24.03.2026 22:00:50</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