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Väčšina Američanov nevie, že toto jedlo zvyšuje riziko rakoviny hrubého čreva</w:t>
      </w:r>
    </w:p>
    <w:p>
      <w:r>
        <w:t>Zdroj: ScienceDaily Health</w:t>
      </w:r>
    </w:p>
    <w:p>
      <w:r>
        <w:t>Publikované: Wed, 25 Mar 2026 00:38:30 EDT</w:t>
      </w:r>
    </w:p>
    <w:p/>
    <w:p>
      <w:pPr>
        <w:pStyle w:val="Heading1"/>
      </w:pPr>
      <w:r>
        <w:t>Súhrn</w:t>
      </w:r>
    </w:p>
    <w:p>
      <w:r>
        <w:t>Podľa nového prieskumu takmer polovica Američanov nevie, že spracované mäso zvyšuje riziko rakoviny hrubého čreva a konečníka. Keď sa ľudia dozvedia o tomto spojení, väčšina z nich podporuje varovné štítky na obaloch. Ľudia chcú jasnejšie informácie o rizikách. Odborníci upozorňujú, že informovanosť zaostáva aj medzi poskytovateľmi zdravotnej starostlivosti. Strava bohatá na rastlinné potraviny a vlákninu spolu so zdravými návykmi môže výrazne znížiť riziko rakoviny hrubého čreva.</w:t>
      </w:r>
    </w:p>
    <w:p/>
    <w:p>
      <w:pPr>
        <w:jc w:val="center"/>
      </w:pPr>
      <w:r>
        <w:t>Vygenerované: 25.03.2026 06:00:41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