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Chladné počasie je spojené so 40 000 úmrtiami na srdce každý rok v USA</w:t>
      </w:r>
    </w:p>
    <w:p>
      <w:r>
        <w:t>Zdroj: ScienceDaily Health</w:t>
      </w:r>
    </w:p>
    <w:p>
      <w:r>
        <w:t>Publikované: Wed, 25 Mar 2026 21:11:55 EDT</w:t>
      </w:r>
    </w:p>
    <w:p/>
    <w:p>
      <w:pPr>
        <w:pStyle w:val="Heading1"/>
      </w:pPr>
      <w:r>
        <w:t>Súhrn</w:t>
      </w:r>
    </w:p>
    <w:p>
      <w:r>
        <w:t>Chladné počasie je spojené s 40 000 extra úmrtiami na srdce každý rok v USA. Veľká americká štúdia ukazuje, že chladné počasie spôsobuje oveľa viac úmrtí na kardiovaskulárne ochorenia ako teplo. Najbezpečnejšia teplota je okolo 74 °F. Riziko stúpa pri chladnejších aj horúcejších podmienkach. Keď teploty klesnú, riziko pre srdce dramaticky narastá. Čím viac ľudí žije s chronickými chorobami, hrozba extrémneho chladu sa môže zintenzívniť.</w:t>
      </w:r>
    </w:p>
    <w:p/>
    <w:p>
      <w:pPr>
        <w:jc w:val="center"/>
      </w:pPr>
      <w:r>
        <w:t>Vygenerované: 26.03.2026 07:00:42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