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Praktická implementačná štúdia riadená PDSA o kontinuálnom profesionálnom rozvoji starostlivosti o stómiu v prostredí s obmedzenými zdrojmi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popisuje implementáciu programu QSPSP na zlepšenie starostlivosti o stómiu u pacientov s kolorektálnym karcinómom v prostredí s obmedzenými zdrojmi pomocou troch cyklov PDSA v terciárnom lekárskom stredisku. Program zahŕňal odborné vedenie sestier, štandardizované procesy, vzdelávacie aktivity založené na praxi a interdisciplinárnu spoluprácu v rutinných postupoch. QSPSP sa integroval do bežnej ošetrovateľskej praxe a priniesol zlepšenia v štandardizácii starostlivosti, kontinuite starostlivosti o stómiu, kontrolách infekcií a edukácii pacienta o samoriadení. Prieskumné údaje od 27 pacientov ukázali popisné zlepšenia v emocionálnom fungovaní a fungovaní rolí po prepustení, zatiaľ čo zisky v sociálnom fungovaní boli obmedzené. Hodnotenie prebiehalo štruktúrovanými auditmi, pozorovacími záznamami a dotazníkom EORTC QLQ-C30. Zistenia zdôrazňujú uskutočniteľnosť integrácie CPD s rutinnou praxou, no chýba základné porovnanie a nezávislé meranie učenia. Na spoľahlivejšie vyhodnotenie sú potrebné ďalšie štúdie s komparatívnym dizajnom a dlhším sledovaním.</w:t>
      </w:r>
    </w:p>
    <w:p/>
    <w:p>
      <w:pPr>
        <w:jc w:val="center"/>
      </w:pPr>
      <w:r>
        <w:t>Vygenerované: 25.03.2026 07:01:25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