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Úspešná liečba pediatrickej akútnej fosfátovej nefropatie: kazuistika a prehľad literatúry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Akútna fosfátová nefropatia je typ akútneho poškodenia obličiek spôsobený ukladaním kryštálov fosforečnanu vápenatého v renálnych tubuloch a interstíciu. Typické príznaky zahŕňajú časté močenie, nutkanie na močenie, spenený moč, zhoršenú funkciu obličiek s hyperkalciémiou a hyperkalciúriou, prípadne akútne zlyhanie obličiek. Článok popisuje prvý hlásený prípad u 9-ročného a 4-mesačného dieťaťa, pravdepodobne spôsobený dlhodobým užívaním alfa-kalcidolu. Dieťa malo zvýšené hladiny vápnika v krvi a moči, zvýšený kreatinín v krvi, ultrazvuk ukázal možné ukladanie vápnikových solí v obličkových pyramídach a renálna biopsia potvrdila ukladanie solí fosforečnanu vápenatého. Po kombinovanej liečbe tradičnou čínskou a západnou medicínou sa hladiny vápnika v krvi, vápnika v moči a kreatinínu v krvi postupne vrátili na normálnu úroveň. Tento prípad podporil obnovu funkcie obličiek a ponúka poznatky pre klinickú prax. Článok obsahuje aj prehľad literatúry o etiológii, patogénnych mechanizmoch a liečebných stratégiách tohto ochorenia.</w:t>
      </w:r>
    </w:p>
    <w:p/>
    <w:p>
      <w:pPr>
        <w:jc w:val="center"/>
      </w:pPr>
      <w:r>
        <w:t>Vygenerované: 25.03.2026 07:01:35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