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kombinovanej endoskopickej ligácie gumičkou pri liečbe prolapsujúcich hemoroidov II-III stupňa: retrospektívna štúdia (s videom)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Retrospektívna štúdia skúmala účinnosť a bezpečnosť kombinovanej endoskopickej ligácie gumičkou (ERBL) pri liečbe prolapsujúcich vnútorných hemoroidov II.-III. stupňa u pacientov od januára 2019 do júna 2023. Účastníkmi bolo 124 pacientov. Úplné vymiznutie príznakov dosiahlo 91,85 % prípadov, čiastočné vymiznutie 5,19 % a recidíva 2,96 %. Análna bolesť po zákroku sa vyskytla u 25,19 % pacientov so stredným skóre VAS 0 (0–3). Pooperačné krvácanie zaznamenali v 13,33 % prípadoch, análny opuch v 14,07 % a retencia moču v 2,96 %. Podviazanie troch hemoroidov viedlo k vyššiemu výskytu bolesti (30,43 % vs. 11,6 %, P=0,018) a vyššiemu VAS skóre (P=0,003) oproti dvom hemoroidom, bez rozdielu v dlhodobej účinnosti. Muži (OR 5,654, 95% CI 1,222–26,159; P=0,027) a pooperačné komplikácie (OR 4,914, 95% CI 1,080–22,345; P=0,039) boli rizikovými faktormi neúplného vyliečenia. Kombinovaná ERBL je účinná a bezpečná metóda.</w:t>
      </w:r>
    </w:p>
    <w:p/>
    <w:p>
      <w:pPr>
        <w:jc w:val="center"/>
      </w:pPr>
      <w:r>
        <w:t>Vygenerované: 25.03.2026 07:01:45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