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Trvalá účinnosť botulotoxínu pri primárnej palmárnej hyperhidróze: systematický prehľad trvania, kvality života a spokojnosti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Primárna palmárna hyperhidróza je stav s nadmerným potením dlaní, ktorý výrazne zhoršuje kvalitu života pacientov. Systematický prehľad podľa usmernení PRISMA analyzoval 19 štúdií z rokov 2005–2024 o injekciách botulotoxínu (BoNT) u dospelých s týmto ochorením. Trvanie účinnosti BoNT sa pohybovalo od 3 do 12 mesiacov, pričom BoNT-A dosahovalo priemerne 4,9–9,5 mesiaca a BoNT-B 3,8–4,6 mesiaca. Vyššie dávky a opakované injekcie predlžovali kontrolu symptómov, pričom stredne závažné prípady mali dlhšiu úľavu ako závažné. Liečba významne znížila skóre indexu kvality života v dermatológii (DLQI). Spokojnosť pacientov dosahovala 65–100 %, hoci časom klesala. BoNT je účinná a dobre tolerovaná liečba s výrazným zmiernením symptómov.</w:t>
      </w:r>
    </w:p>
    <w:p/>
    <w:p>
      <w:pPr>
        <w:jc w:val="center"/>
      </w:pPr>
      <w:r>
        <w:t>Vygenerované: 25.03.2026 07:02:17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