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liečby železom na fetálnu frakciu podľa gestačných týždňov pri anémii matky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Štúdia hodnotila vplyv suplementácie železom pri anémii matky na fetálnu frakciu (FF) podľa gestačného veku (GA) u 308 tehotných žien podstupujúcich NIPT. Medzi GA a FF bola mierna pozitívna korelácia (ρ = 0,399, p &lt; 0,001), zatiaľ čo hladiny hemoglobínu (Hb) vykazovali slabú pozitívnu koreláciu s FF (ρ = 0,112, p = 0,050). Medián FF bol signifikantne vyšší po 16. týždni tehotenstva (11,7 % vs. 8,3 %, p &lt; 0,001). Po 16. týždni bola FF významne nižšia u žien s suplementáciou železom v porovnaní s tými bez nej (p = 0,010), pred 16. týždňom rozdiel nebol významný. V multivariabilnej regresnej analýze upravenej na GA, Hb a materskú anémiu zostal GA jediným nezávislým faktorom spojeným s FF. Hrubé analýzy naznačili nižšie FF po suplementácii železom po 16. týždni, no multivariabilná analýza ukázala, že ide o rozdiely súvisiace s GA a hematologickými parametrami, nie priamy účinok terapie.</w:t>
      </w:r>
    </w:p>
    <w:p/>
    <w:p>
      <w:pPr>
        <w:jc w:val="center"/>
      </w:pPr>
      <w:r>
        <w:t>Vygenerované: 25.03.2026 07:46:40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