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Cirkulujúce selektíny ako potenciálne biomarkery pre sarkopéniu: štúdia prípadovej kontroly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prípad-kontrola skúmala súvislosť medzi hladinami cirkulujúceho E-selektínu, L-selektínu a P-selektínu a sarkopéniou u 325 starších dospelých (261 kontrol, 64 prípadov sarkopénie). Sarkopénia bola diagnostikovaná podľa ázijskej pracovnej skupiny pre sarkopéniu 2019 a koncentrácie selektínov sa merali v sére metódou ELISA. Sérový P-selektín bol významne vyšší u pacientov so sarkopéniou oproti kontrolám (19,76 ± 10,07 ng/ml vs. 13,12 ± 7,39 ng/ml, p &lt; 0,001), zatiaľ čo hladiny E-selektínu sa medzi skupinami nelíšili. P-selektín preukázal schopnosť odlíšiť sarkopéniu s AUROC = 0,693 a optimálnou hranicou 17,28 ng/ml. Účastníci s vysokým P-selektínom (&gt;17,28 ng/ml) mali vyššiu pravdepodobnosť sarkopénie (multivariantný OR = 4,20, 95 % CI: 1,82–9,69, p &lt; 0,001), nízkej apendikulárnej svalovej hmoty (OR = 2,31) a nízkej sily stisku ruky (OR = 1,64, 95 % CI: 1,02–2,63, p = 0,043). Cirkulujúci P-selektín je nezávislým biomarkerom sarkopénie, ktorý odráža aktiváciu endotelu a zápalové procesy spojené s úbytkom svalov.</w:t>
      </w:r>
    </w:p>
    <w:p/>
    <w:p>
      <w:pPr>
        <w:jc w:val="center"/>
      </w:pPr>
      <w:r>
        <w:t>Vygenerované: 25.03.2026 07:47:29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