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Kazuistika: Zriedkavé spontánne krvácanie pri ruptúre pečene komplikované autoimunitným ochorením pečene</w:t>
      </w:r>
    </w:p>
    <w:p>
      <w:r>
        <w:t>Zdroj: Frontiers Medicine</w:t>
      </w:r>
    </w:p>
    <w:p>
      <w:r>
        <w:t>Publikované: 2026-03-25T00:00:00Z</w:t>
      </w:r>
    </w:p>
    <w:p/>
    <w:p>
      <w:pPr>
        <w:pStyle w:val="Heading1"/>
      </w:pPr>
      <w:r>
        <w:t>Súhrn</w:t>
      </w:r>
    </w:p>
    <w:p>
      <w:r>
        <w:t>Autoimunitné ochorenie pečene je charakterizované autoimunitnou hepatitídou a primárnou biliárnou cholangitídou. Pacienti s týmto ochorením môžu progredovať do cirhózy a vyvinúť komplikácie dekompenzovanej cirhózy, ako sú ascites, hepatálna encefalopatia a gastrointestinálne krvácanie. Spontánne krvácanie pri ruptúre pečene je u týchto pacientov mimoriadne zriedkavé. Článok popisuje prípad predpokladaného spontánneho krvácania pri ruptúre pečene u pacienta s autoimunitnou hepatitídou – syndrómom prekrytia primárnej biliárnej cholangitídy a cirhózou. Multidisciplinárne hodnotenie viedlo k výberu konzervatívneho manažmentu, ktorý úspešne dosiahol zastavenie krvácania. Správa slúži ako referencia pre klinické rozpoznanie a manažment takýchto zriedkavých komplikácií.</w:t>
      </w:r>
    </w:p>
    <w:p/>
    <w:p>
      <w:pPr>
        <w:jc w:val="center"/>
      </w:pPr>
      <w:r>
        <w:t>Vygenerované: 25.03.2026 07:48:20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