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miR-142-3p je abnormálne zvýšený v placentách žien s preeklampsiou, zatiaľ čo gén RDH13 je v nich znížený. Štúdia použila bioinformatiku na verejne dostupných dátach (GSE25906 a GSE10588), WGCNA a strojové učenie na identifikáciu RDH13 ako cieľového génu miR-142-3p. V bunkách trofoblastov HTR-8/Svneo miR-142-3p zvyšoval apoptózu a znižoval inváziu, migráciu a proliferáciu, kým RDH13 mal opačné účinky. Záchranné experimenty potvrdili, že miR-142-3p potláča RDH13, čím narúša funkcie trofoblastov. Tento efekt je sprostredkovaný reguláciou génov CDH5, LFA-1 a L-SELECTIN cez RDH13. Bioinformatika označila HEXB a RDH13 ako potenciálne včasné biomarkery preeklampsie. Štúdia navrhuje miR-142-3p ako nový diagnostický a terapeutický cieľ pri preeklampsii.</w:t>
      </w:r>
    </w:p>
    <w:p/>
    <w:p>
      <w:pPr>
        <w:jc w:val="center"/>
      </w:pPr>
      <w:r>
        <w:t>Vygenerované: 25.03.2026 07:48:33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