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USA sa musia obávať iránskych biologických materiálov</w:t>
      </w:r>
    </w:p>
    <w:p>
      <w:r>
        <w:t>Zdroj: STAT News</w:t>
      </w:r>
    </w:p>
    <w:p>
      <w:r>
        <w:t>Publikované: Wed, 25 Mar 2026 08:30:00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"Opinion: The U.S. needs to be worried about Iranian biological materials" od autora Ashish Jha. Dostupné výsledky vyhľadávania obsahujú informácie o iránskych chemických a biologických programoch z iných zdrojov, ale nie konkrétny článok, ktorý ste požiadali zhrnúť. Aby som mohol vytvoriť presný a faktický súhrn podľa vašich požiadaviek, potreboval by som mať prístup k úplnému textu tohto konkrétneho článku.</w:t>
      </w:r>
    </w:p>
    <w:p/>
    <w:p>
      <w:pPr>
        <w:jc w:val="center"/>
      </w:pPr>
      <w:r>
        <w:t>Vygenerované: 25.03.2026 10:00:57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