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Klinické dôsledky minipuberty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Minipuberta je dočasná aktivácia hormónneho systému (HPG osi) počas novorodeneckého obdobia, ktorá sa vyskytuje hlavne v prvých 3–6 mesiacoch života oboch pohlaví[1]. Táto aktivácia spôsobuje zvýšenie hladín hormónov, ktoré umožňujú dozrievanie pohlavných orgánov[1]. U chlapcov je táto aktivita najvýraznejšia v 2.–3. mesiaci života a končí sa okolo 6. mesiaca, zatiaľ čo u dievčat môže trvať až do 2.–4. roku veku[2]. Minipuberta poskytuje dôležité diagnostické okno na včasnú identifikáciu porúch pohlavného vývoja, čo umožňuje promptné začatie liečby namiesto čakania na zlyhanie puberty[1]. Výskum naznačuje, že hormóny počas prvých piatich mesiacov života ovplyvňujú somatický vývoj chlapcov počas nasledujúcich šiestich rokov[1]. U pacientov s vrodenými poruchami (ako napríklad nedostatkom hormónu GnRH) chýba minipuberta, čo vedie k imaturite semenníkov a nižšiemu počtu Sertolliho buniek dôležitých pre budúcu plodnosť[3]. Náhrada hormónmi na napodobenie minipuberty u chlapcov s týmito poruchami môže mať pozitívne účinky na spustenie semenníkov a normalizáciu ich veľkosti[2].</w:t>
      </w:r>
    </w:p>
    <w:p/>
    <w:p>
      <w:pPr>
        <w:jc w:val="center"/>
      </w:pPr>
      <w:r>
        <w:t>Vygenerované: 26.03.2026 10:01:06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