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Prípad 28 – 2025: Muž s bolesťou brucha, horúčkou a hypoxémiou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36-ročný muž bol prijatý do nemocnice pre bolesť brucha, horúčku, hypoxémiu a trombocytopéniu.[2][1] Pacient mal aj baktrémiu a zobrazovacie vyšetrenia odhalili pľúcne opacifikácie a zhrubnutie duodena.[3][2] Prípad porovnáva diagnostický prístup lekára s umelou inteligenciou trénovanou na prípadoch z Massachusetts General Hospital.[4] Lekár dospel k správnej diagnóze perforácie čreva spôsobenou špáradlom.[4] AI model navrhol perforáciu alebo penetračný proces v duodene, no nedoporučil endoskopiu ako ďalší krok.[4] Diskusia zdôrazňuje, že AI sa priblížila k diagnóze, ale nebola tak úplná ako ľudský lekár.[4]</w:t>
      </w:r>
    </w:p>
    <w:p/>
    <w:p>
      <w:pPr>
        <w:jc w:val="center"/>
      </w:pPr>
      <w:r>
        <w:t>Vygenerované: 26.03.2026 10:01:16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