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Duálna protidoštičková terapia alebo aspirín po operácii koronárneho bypassu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Štúdia TACSI porovnávala duálnu protidoštičkovú terapiu (DAPT) s aspirínom a tikagrelorom po dobu 12 mesiacov oproti aspirínu samotnému u pacientov s akútnym koronárnym syndrómom po operácii koronárneho bypassu (CABG).[2][3][4] Zahŕňala 2201 pacientov s priemerným vekom 66 rokov, z čoho 14,4 % boli ženy, s 12-mesačným sledovaním.[4] Primárny cieľový bod – zložený údaj o úmrtí z akéhokoľvek dôvodu, infarkte myokardu, cievnej mozgovej príhode alebo novej koronárnej revaskularizácii – dosiahol takmer 5 % v oboch skupinách bez rozdielu.[2][3][4] DAPT nezlepšila prevenciu kardiovaskulárnych príhod oproti aspirínu samotnému.[2][3] Naopak, výskyt závažného krvácania sa pri DAPT zvýšil.[2][3][4] Výsledky naznačujú, že súčasné odporúčania pre DAPT po CABG u pacientov s akútnym koronárnym syndrómom by sa mali zmeniť v prospech aspirínu samotného.[3][4]</w:t>
      </w:r>
    </w:p>
    <w:p/>
    <w:p>
      <w:pPr>
        <w:jc w:val="center"/>
      </w:pPr>
      <w:r>
        <w:t>Vygenerované: 26.03.2026 10:01:26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