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Tirzepatid na metabolickú dysfunkciu spojenú so steatohepatitídou s fibrózou pečene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Článok v New England Journal of Medicine sa zaoberá liekom tirzepatid pri liečbe metabolickej dysfunkcie spojené so steatohepatitídou (MASH) s fibrózou pečene.[1][2] Tirzepatid je hodnotený v klinickom programe, kde preukazuje pozitívny hepatálny efekt, ktorý presahuje len pokles hmotnosti, vrátane zlepšenia inzulínovej senzitivity, pečeňového metabolizmu a zápalu.[2] Fibróza pečene je kľúčovým prediktorom hepatálnych, kardiovaskulárnych a nádorových komplikácií MASH a vyžaduje neinvazívnu diagnostiku na posúdenie jej štádia.[1][2][3] MASH s klinicky významnou fibrózou (at-risk MASH) je hlavnou indikáciou na liečbu.[1] Pre porovnanie, resmetirom ako prvý liek získal podmienečné schválenie FDA na necirhotickú MASH so stredne až pokročilou fibróznou.[2][3] Nové terapie, vrátane tirzepatidu, cielia na hepatálny metabolizmus, zápal a fibrogézu v klinických štúdiách.[2] Liečba kombinuje režimovú terapiu s farmakologickými intervenciami na zvrátenie progresie ochorenia.[1]</w:t>
      </w:r>
    </w:p>
    <w:p/>
    <w:p>
      <w:pPr>
        <w:jc w:val="center"/>
      </w:pPr>
      <w:r>
        <w:t>Vygenerované: 26.03.2026 10:02:12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