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Demontáž ochrany životného prostredia – vážna hrozba pre zdravie Ameriky</w:t>
      </w:r>
    </w:p>
    <w:p>
      <w:r>
        <w:t>Zdroj: NEJM</w:t>
      </w:r>
    </w:p>
    <w:p>
      <w:r>
        <w:t>Publikované: 2026-03-25T09:00:00Z</w:t>
      </w:r>
    </w:p>
    <w:p/>
    <w:p>
      <w:pPr>
        <w:pStyle w:val="Heading1"/>
      </w:pPr>
      <w:r>
        <w:t>Súhrn</w:t>
      </w:r>
    </w:p>
    <w:p>
      <w:r>
        <w:t>Americká administratíva plánuje zrušiť alebo presunúť programy Centier pre kontrolu a prevenciu chorôb (CDC), ktoré považuje za zbytočné, duplicitné alebo politizované. Tieto kroky by podľa článku zvrátili desaťročia pokroku v zdraví, znížili bezpečnosť Američanov a zvýšili náklady na zdravotnú starostlivosť. Došlo k prepusteniu a nahradeniu členov Poradného výboru pre očkovacie postupy (ACIP), prepusteniu viac ako 1500 zamestnancov CDC a zatvoreniu polovice národných centier CDC. CDC je jediná federálna agentúra zameraná na prevenciu na úrovni komunít, sleduje stovky živín a environmentálnych toxínov v Národnom zdravotno-výživovom prieskume. Tieto údaje viedli k obohateniu múky kyselinou listovou, odstráneniu olova z benzínu a tvorbe klinických usmernení pre chronické ochorenia. CDC vydalo usmernenia na predpisovanie opioidov a vzdeláva o hrozbách ako endokrinné disruptory, nanočastice a mikroplasty. Agentúra by mohla byť efektívnejšia silnejšími väzbami so štátnymi a miestnymi zdravotníckymi úradmi.[](https://internetbookofemergencymedicine.com/wp-content/uploads/2026/02/dismantiling-public-health-infrastructure-endangering-american-lives.pdf)</w:t>
      </w:r>
    </w:p>
    <w:p/>
    <w:p>
      <w:pPr>
        <w:jc w:val="center"/>
      </w:pPr>
      <w:r>
        <w:t>Vygenerované: 26.03.2026 10:03:59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