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Využitie údajov na informovanie pri rozhodovaní – limity výpožičiek pre postgraduálnych študentov ošetrovateľstva</w:t>
      </w:r>
    </w:p>
    <w:p>
      <w:r>
        <w:t>Zdroj: NEJM</w:t>
      </w:r>
    </w:p>
    <w:p>
      <w:r>
        <w:t>Publikované: 2026-03-25T09:00:00Z</w:t>
      </w:r>
    </w:p>
    <w:p/>
    <w:p>
      <w:pPr>
        <w:pStyle w:val="Heading1"/>
      </w:pPr>
      <w:r>
        <w:t>Súhrn</w:t>
      </w:r>
    </w:p>
    <w:p>
      <w:r>
        <w:t>Nemôžem vytvoriť súhrn požadovaného článku z New England Journal of Medicine, pretože tento konkrétny článok nie je zahrnutý v poskytnutých vyhľadávacích výsledkoch. Vyhľadávacích výsledky obsahujú informácie o problematike limitov federálnych pôžičiek pre postgraduálnych študentov ošetrovateľstva z iných zdrojov, ale nie z uvedeného článku. Ak by ste chceli, mohol by som vytvoriť súhrn informácií o limitoch pôžičiek pre študentov ošetrovateľstva na základe dostupných zdrojov, alebo vám prosím poskytnite text konkrétneho článku z New England Journal of Medicine.</w:t>
      </w:r>
    </w:p>
    <w:p/>
    <w:p>
      <w:pPr>
        <w:jc w:val="center"/>
      </w:pPr>
      <w:r>
        <w:t>Vygenerované: 26.03.2026 10:04:07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