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urobiť pohotovosť bezpečnejšou pre ľudí s demenciou</w:t>
      </w:r>
    </w:p>
    <w:p>
      <w:r>
        <w:t>Zdroj: STAT News</w:t>
      </w:r>
    </w:p>
    <w:p>
      <w:r>
        <w:t>Publikované: Wed, 25 Mar 2026 13:10:50 +0000</w:t>
      </w:r>
    </w:p>
    <w:p/>
    <w:p>
      <w:pPr>
        <w:pStyle w:val="Heading1"/>
      </w:pPr>
      <w:r>
        <w:t>Súhrn</w:t>
      </w:r>
    </w:p>
    <w:p>
      <w:r>
        <w:t>Ľudia s demenciou tvoria približne 7 % návštev pohotovostných oddelení (ED) u osôb starších ako 65 rokov, pričom 25,3 % všetkých ED návštev starších dospelých pochádza od jedincov s demenciou.[1] Každý rok v USA navštívi ED 1,4 milióna ľudí nad 65 rokov s demenciou, dvakrát častejšie pre nehody, poruchy správania alebo všeobecnú slabosť.[4][5][6] Starší pacienti s demenciou majú 1,34-krát vyššiu pravdepodobnosť hospitalizácie po ED návšteve oproti tým bez demencie.[1] Takmer tri štvrtiny ED návštev starších pacientov s demenciou zahŕňa najmenej dve ďalšie chronické ochorenia.[1] Až 60 % ľudí s demenciou nemá formálnu diagnózu a polovica z 7,2 milióna ľudí s demenciou v USA absolvuje aspoň jednu ED návštevu ročne.[2] Štúdia na základe dát CDC ukázala, že v rokoch 2020–2022 bola miera ED návštev u dospelých 65+ s Alzheimerovou chorobou 36,1 na 1 000 dospelých, s častejším príchodom sanitkou (61 %).[3] Autori odporúčajú zlepšiť podporu opatrovateľov a rozšíriť geriatrické ED pre lepšiu starostlivosť.[1][5]</w:t>
      </w:r>
    </w:p>
    <w:p/>
    <w:p>
      <w:pPr>
        <w:jc w:val="center"/>
      </w:pPr>
      <w:r>
        <w:t>Vygenerované: 25.03.2026 15:01:30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