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Smrteľný Pickleball Match; Malone odchádza z ACIP: 'Posledná kvapka'; Nová Parkinsonova terapia?</w:t>
      </w:r>
    </w:p>
    <w:p>
      <w:r>
        <w:t>Zdroj: MedPage Today</w:t>
      </w:r>
    </w:p>
    <w:p>
      <w:r>
        <w:t>Publikované: Wed, 25 Mar 2026 09:52:37 -0400</w:t>
      </w:r>
    </w:p>
    <w:p/>
    <w:p>
      <w:pPr>
        <w:pStyle w:val="Heading1"/>
      </w:pPr>
      <w:r>
        <w:t>Súhrn</w:t>
      </w:r>
    </w:p>
    <w:p>
      <w:r>
        <w:t>Jeff Webb (76), podnikateľ, ktorý začal podnikať s roztlieskavačkami a bol mentorom zosnulého konzervatívneho aktivistu Charlieho Kirka, zomrel na následky zranenia hlavy. Zranenie utrpel počas smrteľného stretnutia v pickleballe. Robert Malone odchádza z ACIP a označil to za „poslednú kvapku“. Článok spomína aj novú terapiu pre Parkinsonovu chorobu. Niektoré odkazy v článku môžu vyžadovať registráciu alebo predplatné.</w:t>
      </w:r>
    </w:p>
    <w:p/>
    <w:p>
      <w:pPr>
        <w:jc w:val="center"/>
      </w:pPr>
      <w:r>
        <w:t>Vygenerované: 25.03.2026 16:00:39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