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Stávka AI na zdravie z roku 2023, ktorá sa zdá byť vypláca</w:t>
      </w:r>
    </w:p>
    <w:p>
      <w:r>
        <w:t>Zdroj: STAT News</w:t>
      </w:r>
    </w:p>
    <w:p>
      <w:r>
        <w:t>Publikované: Wed, 25 Mar 2026 16:01:24 +0000</w:t>
      </w:r>
    </w:p>
    <w:p/>
    <w:p>
      <w:pPr>
        <w:pStyle w:val="Heading1"/>
      </w:pPr>
      <w:r>
        <w:t>Súhrn</w:t>
      </w:r>
    </w:p>
    <w:p>
      <w:r>
        <w:t>Nemôžem vytvoriť súhrn článku s názvom "STAT+: A 2023 health AI bet that seems to be paying off", pretože tento článok nie je obsiahnutý v poskytnutých výsledkoch vyhľadávania. Vyhľadávané výsledky obsahujú informácie o rôznych zdravotníckych startupoch a aplikáciách umelej inteligencie na Slovensku a v zahraničí, ale konkrétny článok o spoločnosti Qualified Health a jej generálnom riaditeľovi Justinovi Nordenom sa v nich nenachádza. Ak by ste chceli, aby som vytvoril súhrn niektorého z dostupných článkov o zdravotníckych inovácií a AI, ktoré sú v poskytnutých výsledkoch, rád by som vám s tým pomohol.</w:t>
      </w:r>
    </w:p>
    <w:p/>
    <w:p>
      <w:pPr>
        <w:jc w:val="center"/>
      </w:pPr>
      <w:r>
        <w:t>Vygenerované: 25.03.2026 18:01:21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