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Srdcové zlyhanie je bežné. Rýchla MRI by mohla zlepšiť diagnostiku a viesť liečbu</w:t>
      </w:r>
    </w:p>
    <w:p>
      <w:r>
        <w:t>Zdroj: STAT News</w:t>
      </w:r>
    </w:p>
    <w:p>
      <w:r>
        <w:t>Publikované: Wed, 25 Mar 2026 18:00:00 +0000</w:t>
      </w:r>
    </w:p>
    <w:p/>
    <w:p>
      <w:pPr>
        <w:pStyle w:val="Heading1"/>
      </w:pPr>
      <w:r>
        <w:t>Súhrn</w:t>
      </w:r>
    </w:p>
    <w:p>
      <w:r>
        <w:t>Srdcové zlyhanie je bežné ochorenie. Nová metóda MRI meria spotrebu kyslíka v srdci za tri minúty. Toto vyšetrenie prebieha bez použitia katétrov alebo žiarenia. Ponúka jednoduchší spôsob štúdia srdcového zlyhania. Zlepšuje diagnostiku tohto stavu. Pomáha viesť vhodnú liečbu. Metóda sa zameriava na metabolizmus srdca.</w:t>
      </w:r>
    </w:p>
    <w:p/>
    <w:p>
      <w:pPr>
        <w:jc w:val="center"/>
      </w:pPr>
      <w:r>
        <w:t>Vygenerované: 25.03.2026 19:00:58</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