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Bhattacharya rieši úlohu riaditeľa CDC, pracuje na posilnení morálky zamestnancov na prvom stretnutí všetkých rúk</w:t>
      </w:r>
    </w:p>
    <w:p>
      <w:r>
        <w:t>Zdroj: STAT News</w:t>
      </w:r>
    </w:p>
    <w:p>
      <w:r>
        <w:t>Publikované: Wed, 25 Mar 2026 18:13:08 +0000</w:t>
      </w:r>
    </w:p>
    <w:p/>
    <w:p>
      <w:pPr>
        <w:pStyle w:val="Heading1"/>
      </w:pPr>
      <w:r>
        <w:t>Súhrn</w:t>
      </w:r>
    </w:p>
    <w:p>
      <w:r>
        <w:t>Jay Bhattacharya, riaditeľ Národných inštitútov zdravia (NIH), bol menovaný za dočasného riaditeľa Centier pre kontrolu a prevenciu chorôb (CDC).[1][2][3] Stane sa tak tretím vodcom agentúry od leta, po odchode predchádzajúceho dočasného riaditeľa Jima O’Neilla z ministerstva zdravia HHS.[1][2][6] Bhattacharya bude naďalej viesť aj NIH s rozpočtom 50 miliárd dolárov, pričom CDC čelí redukciám pracovných miest pod vedením ministra HHS Roberta F. Kennedyho ml.[2][3] O’Neill, ktorý nemá lekárske ani vedecké vzdelanie, má byť navrhnutý na riaditeľa Národného úradu pre vedu (NSF).[2][3] Bhattacharya je lekár a zdravotný ekonóm z Stanfordu, známy kritikou lockdownov počas pandémie COVID-19 a spolupisateľom Great Barrington Declaration.[2][3][7] Pod jeho vedením NIH sa zameriava na chronické ochorenia, transparentnosť a modernizáciu výskumu.[3] CDC prešla turbulentnými zmenami vrchného vedenia, vrátane odvolania Susan Monarez a úprav vakcinačných odporúčaní.[2][3][7]</w:t>
      </w:r>
    </w:p>
    <w:p/>
    <w:p>
      <w:pPr>
        <w:jc w:val="center"/>
      </w:pPr>
      <w:r>
        <w:t>Vygenerované: 25.03.2026 20:01:07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