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Miera indukovanej práce za posledné desaťročie vyskočila</w:t>
      </w:r>
    </w:p>
    <w:p>
      <w:r>
        <w:t>Zdroj: MedPage Today</w:t>
      </w:r>
    </w:p>
    <w:p>
      <w:r>
        <w:t>Publikované: Wed, 25 Mar 2026 14:40:33 -0400</w:t>
      </w:r>
    </w:p>
    <w:p/>
    <w:p>
      <w:pPr>
        <w:pStyle w:val="Heading1"/>
      </w:pPr>
      <w:r>
        <w:t>Súhrn</w:t>
      </w:r>
    </w:p>
    <w:p>
      <w:r>
        <w:t>Mám problém s vytvorením súhrnu požadovaného článku. Hoci ste poskytli názov a krátky úvod článku z MedPage Today o zvýšení mier indukovanej práce, samotný obsah článku nie je v poskytnutých vyhľadávacích výsledkoch dostupný. Vyhľadávacie výsledky obsahujú informácie o indukcii pôrodu zo slovenských zdravotníckych zdrojov, ale nie konkrétny článok, ktorý ste požiadali zhrnúť. Aby som mohol vytvoriť presný a faktický súhrn podľa vašich požiadaviek, potrebujem mať k dispozícii úplný text článku. Bez neho by som nemohol overiť štatistiky, čísla a hlavné zistenia, ktoré článok obsahuje, a porušil by som tak vaše požiadavky na overené fakty a žiadne špekulácie. Prosím, poskytnutie úplného textu článku alebo jeho väčšej časti by mi umožnilo vytvoriť kvalitný súhrn.</w:t>
      </w:r>
    </w:p>
    <w:p/>
    <w:p>
      <w:pPr>
        <w:jc w:val="center"/>
      </w:pPr>
      <w:r>
        <w:t>Vygenerované: 25.03.2026 21:00:56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