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Môžu lieky GLP-1 zabrániť zhoršovaniu duševných chorôb? Možno, štúdia navrhuje</w:t>
      </w:r>
    </w:p>
    <w:p>
      <w:r>
        <w:t>Zdroj: MedPage Today</w:t>
      </w:r>
    </w:p>
    <w:p>
      <w:r>
        <w:t>Publikované: Thu, 26 Mar 2026 17:43:12 -0400</w:t>
      </w:r>
    </w:p>
    <w:p/>
    <w:p>
      <w:pPr>
        <w:pStyle w:val="Heading1"/>
      </w:pPr>
      <w:r>
        <w:t>Súhrn</w:t>
      </w:r>
    </w:p>
    <w:p>
      <w:r>
        <w:t>Švédske pozorovacie údaje ukazujú, že ľudia s existujúcou depresiou alebo úzkosťou mali menšiu pravdepodobnosť zhoršenia duševného zdravia pri užívaní liekov GLP-1. Tieto údaje porovnávali obdobia užívania lieku s obdobiami, keď ho tí istí jedinci neužívali. Štúdia naznačuje možný ochranný účinok liekov GLP-1 na zhoršovanie duševných chorôb. Výsledky pochádzajú z pozorovacej štúdie publikovejnej v MedPage Today. Žiadne ďalšie štatistické čísla v poskytnutom obsahu nie sú uvedené. Štúdia sa zameriava na pacientov s už existujúcimi duševnými problémami.</w:t>
      </w:r>
    </w:p>
    <w:p/>
    <w:p>
      <w:pPr>
        <w:jc w:val="center"/>
      </w:pPr>
      <w:r>
        <w:t>Vygenerované: 27.03.2026 00:00:31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