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Prvý liek na rakovinu vaječníkov od Corceptu získal schválenie FDA</w:t>
      </w:r>
    </w:p>
    <w:p>
      <w:r>
        <w:t>Zdroj: Pharmaceutical Technology</w:t>
      </w:r>
    </w:p>
    <w:p>
      <w:r>
        <w:t>Publikované: Thu, 26 Mar 2026 17:10:10 +0000</w:t>
      </w:r>
    </w:p>
    <w:p/>
    <w:p>
      <w:pPr>
        <w:pStyle w:val="Heading1"/>
      </w:pPr>
      <w:r>
        <w:t>Súhrn</w:t>
      </w:r>
    </w:p>
    <w:p>
      <w:r>
        <w:t>Corcept Therapeutics získal od FDA schválenie pre svoj liek Lifyorli, určený na liečbu rakoviny vaječníkov. Lifyorli je prvý liek svojho druhu od spoločnosti Corcept, ktorý bol schválený pre túto indikáciu. Bude sa predpisovať v kombinácii s nab-paklitaxelom. Liečba je určená pre pacientky s rakovinou vaječníkov, u ktorých došlo k recidíve ochorenia jeden až trikrát. Schválenie FDA predstavuje významný krok v liečbe recidivujúcej rakoviny vaječníkov.</w:t>
      </w:r>
    </w:p>
    <w:p/>
    <w:p>
      <w:pPr>
        <w:jc w:val="center"/>
      </w:pPr>
      <w:r>
        <w:t>Vygenerované: 27.03.2026 07:01:27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