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Živé sny môžu byť tajomstvom hlbšieho a pokojnejšieho spánku</w:t>
      </w:r>
    </w:p>
    <w:p>
      <w:r>
        <w:t>Zdroj: ScienceDaily Health</w:t>
      </w:r>
    </w:p>
    <w:p>
      <w:r>
        <w:t>Publikované: Thu, 26 Mar 2026 02:00:56 EDT</w:t>
      </w:r>
    </w:p>
    <w:p/>
    <w:p>
      <w:pPr>
        <w:pStyle w:val="Heading1"/>
      </w:pPr>
      <w:r>
        <w:t>Súhrn</w:t>
      </w:r>
    </w:p>
    <w:p>
      <w:r>
        <w:t>Nová štúdia z talianskej univerzity IMT School for Advance Studies Lucca odhalila, že živé sny môžu prispievať k hlbšiemu spánku, namiesto toho aby ho narušovali.[1][2] Výskumný tím analyzoval údaje od 44 účastníkov, ktorých počas niekoľkých nocí budili a skúmali ich mozgovú aktivitu pomocou EEG a hlášení o snoch.[2] Zistili, že emocionálne alebo bizarné sny súviseli s najhlbším spánkom, zatiaľ čo abstraktné, „myšlienkové" sny vyvolávali pocit ľahšieho spánku.[2] Podľa neurovedy Giulia Bernardiho, autora štúdie, intenzívnejšie sny môžu ovplyvniť, ako spáči vnímajú svoju mozgovú aktivitu – čím intenzívnejší je sen, tým hlbší sa spánok javí.[2] Tieto zistenia naznačujú, že snenie môže hrať dôležitú úlohu pri kvalite spánku a pocite odpočinutosti. Štúdia tak spochybňuje dlhodobý názor, že hlboký spánok je spojený len s utlmením a minimálnou mozgovou aktivitou.[2]</w:t>
      </w:r>
    </w:p>
    <w:p/>
    <w:p>
      <w:pPr>
        <w:jc w:val="center"/>
      </w:pPr>
      <w:r>
        <w:t>Vygenerované: 26.03.2026 07:45:33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