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Prediktívna hodnota kyseliny močovej a laktátdehydrogenázy pre materskú morbiditu pri preeklampsii: retrospektívna štúdia prípadu a kontroly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skúmala prediktívnu hodnotu sérovej kyseliny močovej (UA) a laktátdehydrogenázy (LDH) pre ťažkú materskú morbiditu pri preeklampsii v retrospektívnej analýze vekovo porovnateľných prípadov a zdravých kontrol v terciárnom centre. Priemerná UA bola vyššia v skupine s preeklampsiou (5,8 ± 1,3 mg/dl oproti 4,4 ± 1,1 mg/dl, p &lt; 0,001), rovnako ako priemerná LDH (410,7 ± 194,0 oproti 267,2 IU/l, p &lt; 0,001) a BMI (29,5 ± 4,2 oproti 26,1 ± 3,8 kg/m², p &lt; 0,001). UA nezávisle predpovedala akútne poškodenie obličiek (aOR 3,21, 95 % CI 2,50–4,12) pri hodnote 6,3 mg/dl s AUC 0,924 a 97,8 % negatívnou prediktívnou hodnotou (NPV). UA ≥ 8,0 mg/dl mala 100 % citlivosť na neurologické záchvaty a UA ≥ 6,1 mg/dl 90,9 % citlivosť na stratu zraku. Priemerná LDH ≥ 516,4 IU/l vykazovala 99,4 % NPV na vylúčenie pľúcneho edému. LDH však po úprave v multivariabilnom modeli nestratila nezávislý prediktívny význam pre väčšinu morbidít. Nezaznamenali sa žiadne úmrtia súvisiace s preeklampsiou a štúdia odporúča prospektívnu multicentrickú validáciu.</w:t>
      </w:r>
    </w:p>
    <w:p/>
    <w:p>
      <w:pPr>
        <w:jc w:val="center"/>
      </w:pPr>
      <w:r>
        <w:t>Vygenerované: 26.03.2026 07:45:43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