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Voľné polohy v druhej dobe pôrodnej na ochranu panvového dna: naratívny prehľad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Tento naratívny prehľad skúmal dostupné vedecké dôkazy o voľných polohách počas druhej doby pôrodnej a ich vplyv na ochranu panvového dna.[1] Výskumníci analyzovali štúdie z databáz PubMed, Embase a Cochrane Library s použitím kľúčových slov ako „vzpriamená poloha", „druhá fáza pôrodu" a „trauma perinea".[1] Zistenia naznačujú, že voľné polohy počas pôrodu znižujú včasnú popôrodnú inkontinenciu moču a zlepšujú spokojnosť matiek, zmysel pre samostatnosť a pocit pohodlia.[1] Avšak dôkazy podporujúce dlhodobú ochranu pred dysfunkciou panvového dna zostávajú nedostatočné.[1] Autori záveru odporúčajú zvážiť voľné polohy ako nízkointervenčnú stratégiu na zlepšenie krátkodobých výsledkov pôrodu a materských skúseností.[1] Úspešná implementácia vyžaduje cielené školenie zdravotníckych pracovníkov a komplexnú edukáciu pacientov.[1] Budúci výskum by mal prioritne zamerať na longitudinálne štúdie so štandardizovanými výslednými mierami, aby sa posilnila vedecká základňa pre dlhodobú ochranu panvového dna.[1]</w:t>
      </w:r>
    </w:p>
    <w:p/>
    <w:p>
      <w:pPr>
        <w:jc w:val="center"/>
      </w:pPr>
      <w:r>
        <w:t>Vygenerované: 26.03.2026 07:45:54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