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Identifikácia a validácia génov súvisiacich s nekroptózou v mononukleárnych bunkách periférnej krvi Sjögrenovej choroby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Štúdia identifikovala a overila gény súvisiacich s nekroptózou v mononukleárnych bunkách periférnej krvi (PBMC) pacientov s Sjögrenovou chorobou (SjD) pomocou bioinformatickej analýzy dát z databázy GEO (GSE48378) a následnej validácie. V PBMC pacientov s SjD sa našlo 24 génov súvisiacich s nekroptózou, ktoré úzko interagovali podľa analýzy PPI. Z desiatich vybraných génov (vrátane top 8 a 2 kľúčových) bolo 7 zvýšených (TNFRSF10, STAT3, NLRP3, RIPK, MLKL, TLR4, EIF2AK2), čo potvrdila RT-PCR v validačnej kohorte. Hladiny HMGB1 v periférnej krvi pacientov s SjD boli zvýšené a pozitívne korelovali s klinickým skóre ESSDAI. Elektrónový mikroskop potvrdil morfologické znaky nekroptózy v PBMC pacientov s SjD. Analýzy GO a KEGG ukázali obohatenie dráhy nekroptózy v PBMC pri SjD. ELISA detegovala zvýšené koncentrácie HMGB1 a hodnotili sa korelácie MLKL alebo HMGB1 s klinickými parametrami SjD.</w:t>
      </w:r>
    </w:p>
    <w:p/>
    <w:p>
      <w:pPr>
        <w:jc w:val="center"/>
      </w:pPr>
      <w:r>
        <w:t>Vygenerované: 26.03.2026 07:46:50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