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prechodov v krehkosti s rizikom demencie: zistenia z dvoch longitudinálnych kohortových štúdií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Štúdia analyzovala údaje z dvoch prospektívnych kohortových štúdií, kde stav krehkosti hodnotili pomocou indexu krehkosti (FI) v kategóriách robustný, predkrehký a krehký. Prechody v krehkosti sledovali medzi začiatkom a druhým hodnotením, pričom demencia bola diagnostikovaná lekárom. Robustní účastníci, ktorí prešli do predkrehkého alebo krehkého stavu, mali v porovnaní so stabilne robustnými zvýšené riziko demencie (HR = 1,78, 95 % CI: 1,18–2,68, p = 0,006). Predkrehkí účastníci, ktorí progredovali do krehkosti, vykazovali vyššie riziko oproti stabilne predkrehkým (HR = 1,97, 95 % CI: 1,39–2,81, p &lt; 0,001). Zotavenie z predkrehkého stavu do robustného neznížilo riziko demencie významne (HR = 1,24, 95 % CI: 0,80–1,92, p = 0,342). Zlepšenie z krehkého stavu do predkrehkého alebo robustného tiež nebolo spojené s významným rozdielom oproti stabilne krehkým (HR = 0,94, 95 % CI: 0,62–1,41, p = 0,754). Analýzy citlivosti potvrdili robustnosť hlavných zistení. Progresia krehkosti zvyšuje riziko demencie, zatiaľ čo zotavenie ho neznížuje významne.</w:t>
      </w:r>
    </w:p>
    <w:p/>
    <w:p>
      <w:pPr>
        <w:jc w:val="center"/>
      </w:pPr>
      <w:r>
        <w:t>Vygenerované: 26.03.2026 07:47:13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