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Pacienti s cukrovkou zomierajú v nemocnici na zlé zaobchádzanie s inzulínom, varuje bezpečnostný strážca</w:t>
      </w:r>
    </w:p>
    <w:p>
      <w:r>
        <w:t>Zdroj: BMJ</w:t>
      </w:r>
    </w:p>
    <w:p>
      <w:r>
        <w:t>Publikované: 2026-03-26T03:01:16-07:00</w:t>
      </w:r>
    </w:p>
    <w:p/>
    <w:p>
      <w:pPr>
        <w:pStyle w:val="Heading1"/>
      </w:pPr>
      <w:r>
        <w:t>Súhrn</w:t>
      </w:r>
    </w:p>
    <w:p>
      <w:r>
        <w:t>Pacienti s diabetom umierajú v nemocniciach kvôli nesprávnemu riadeniu inzulínu, varuje Health Services Safety Investigations Body (HSSIB). Pacienti závislí od inzulínu čelia trvalým a vážnym bezpečnostným rizikám pri prijímaní do nemocnice. Inzulín sa často podáva po jedle namiesto pred ním a niekedy sa aplikujú príliš vysoké dávky. Niektorí pacienti si ublížili, pretože im nebolo umožnené samostatne spravovať cukrovku a podávať si inzulín. Počas pobytu v nemocnici im navyše odstránili nositeľnú technológiu na monitorovanie cukrovky. Lekári v týchto prípadoch nezvládli stav pacientov efektívne. HSSIB zdôrazňuje, že inzulín je vysoko rizikový liek a patrí medzi najčastejšie príčiny poškodenia spôsobeného liekmi.</w:t>
      </w:r>
    </w:p>
    <w:p/>
    <w:p>
      <w:pPr>
        <w:jc w:val="center"/>
      </w:pPr>
      <w:r>
        <w:t>Vygenerované: 26.03.2026 12:00:30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