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Potrat: Viac amerických žien využíva telehealth na prístup k starostlivosti uprostred zákazov</w:t>
      </w:r>
    </w:p>
    <w:p>
      <w:r>
        <w:t>Zdroj: BMJ</w:t>
      </w:r>
    </w:p>
    <w:p>
      <w:r>
        <w:t>Publikované: 2026-03-26T06:01:19-07:00</w:t>
      </w:r>
    </w:p>
    <w:p/>
    <w:p>
      <w:pPr>
        <w:pStyle w:val="Heading1"/>
      </w:pPr>
      <w:r>
        <w:t>Súhrn</w:t>
      </w:r>
    </w:p>
    <w:p>
      <w:r>
        <w:t>Podľa údajov Guttmacherovho inštitútu má po prvýkrát viac amerických žien prístup k interrupciám prostredníctvom telehealth. Celkový počet potratov v USA v roku 2025 zostal v podstate nezmenený – odhaduje sa 1,126 milióna oproti 1,124 miliónu v roku 2024. V roku 2024 odcestovalo asi 154 000 žien zo štátov s zákazom interrupcie, aby získali starostlivosť, no v roku 2025 tento počet klesol na 142 000. Počet žien v štátoch so zákazom, ktoré mali prístup k potratu cez telehealth, sa zvýšil zo 74 000 v roku 2024 na 25 200 v roku 2025. Pred takmer štyrmi rokmi 25 200 žien stratilo ústavné právo na potrat v rozhodnutí Najvyššieho súdu USA. Guttmacherove odhady neukazujú žiadny celoštátny pokles potratov napriek obmedzeniam.</w:t>
      </w:r>
    </w:p>
    <w:p/>
    <w:p>
      <w:pPr>
        <w:jc w:val="center"/>
      </w:pPr>
      <w:r>
        <w:t>Vygenerované: 26.03.2026 15:00:31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