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Údaje ukazujú, že ľudia pretekajú na chatbotoch o zdravotné rady</w:t>
      </w:r>
    </w:p>
    <w:p>
      <w:r>
        <w:t>Zdroj: STAT News</w:t>
      </w:r>
    </w:p>
    <w:p>
      <w:r>
        <w:t>Publikované: Thu, 26 Mar 2026 13:44:53 +0000</w:t>
      </w:r>
    </w:p>
    <w:p/>
    <w:p>
      <w:pPr>
        <w:pStyle w:val="Heading1"/>
      </w:pPr>
      <w:r>
        <w:t>Súhrn</w:t>
      </w:r>
    </w:p>
    <w:p>
      <w:r>
        <w:t>Ľudia čoraz častejšie používajú chatboty na získavanie zdravotných rád. Údaje ukazujú, že ľudia sa obracajú na chatboty v oblasti zdravia v rastúcom počte. V vydaní STAT Health Tech sa venuje používaniu chatbotov na zdravotné poradenstvo. Startup v oblasti AI pre zdravie získal 125 miliónov dolárov. Článok tiež informuje o falšovaných lekárskych obrázkoch. Lekári by mali pýtať pacientov na používanie chatbotov. Štúdia ukázala, že 16 % amerických singles použilo AI ako romantického partnera a 33 % mladých dospelých z generácie Z s nimi interagovalo romanticky. Sestry v štúdii oceňovali AI chatbot na odpovede pacientom viac ako lekári, kde 92 % sestier uviedlo zlepšenie efektivity, empatie a tónu.</w:t>
      </w:r>
    </w:p>
    <w:p/>
    <w:p>
      <w:pPr>
        <w:jc w:val="center"/>
      </w:pPr>
      <w:r>
        <w:t>Vygenerované: 26.03.2026 15:01:36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