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Nanomateriály v terapii osteoartrózy: pokroky v dodávaní liekov, regenerácii tkanív a implantácii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Osteoartritída je progresívne degeneratívne ochorenie kĺbov s deštrukciou chrupavky, zmenami subchondrálnej kosti a chronickým zápalom. Súčasné terapie prinášajú len krátkodobú úľavu bez opravy tkanív. Nanomateriály, ako kovové, keramické, polymérne nanočastice, nanočastice na báze uhlíka a kompozitné, majú veľký povrch, laditeľné vlastnosti a silné biologické interakcie. Umožňujú cielené dodávanie liekov, prechádzajú chrupavkovou matricou, chránia lieky pred degradáciou a regulujú zápalové a oxidačné dráhy. Nanonosiče zapuzdrujú DNA, siRNA či mRNA a doručujú ich do chorých buniek, ako chondrocyty alebo synoviálne bunky, pomocou povrchových modifikácií ligandmi. Nanopovlaky zlepšujú osseointegráciu implantátov a bránia infekciám. Výzvy zahŕňajú bezpečnosť, biodistribúciu, výrobu vo veľkom a regulačné schvaľovanie. Článok sa zameriava na dodávanie liekov, regeneráciu tkanív a inžinierstvo implantátov.</w:t>
      </w:r>
    </w:p>
    <w:p/>
    <w:p>
      <w:pPr>
        <w:jc w:val="center"/>
      </w:pPr>
      <w:r>
        <w:t>Vygenerované: 26.03.2026 16:01:11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