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Presná liečba ťažkej kalcifikácie koronárnej artérie so súčasnou obštrukciou výtokového traktu ľavej komory: kazuistika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72-ročný muž trpel námahovou bolesťou na hrudníku a dušnosťou spôsobenou ťažkou kalcifikáciou koronárnych artérií s celkovým skóre 16996, hypertrofickou kardiomyopatiou a obštrukciou výtokového traktu ľavej komory. Na pravej koronárnej artérii a ľavej cirkumflexnej artérii sa vykonala perkutánna koronárna intervencia riadená kvantitatívnym prietokovým pomerom a intravaskulárnym ultrazvukom. Lézie ľavej prednej zostupnej artérie mali zachovanú funkciu, ale mikrovaskulárnu dysfunkciu, preto nebol vykonaný zásah. Magnetická rezonancia srdca potvrdila hypertrofickú kardiomyopatiu so segmentálnou fibrózou a obštrukciou výtokového traktu. Po intervencii dostal pacient duálnu protidoštičkovú liečbu 6 mesiacov, potom monoterapiu aspirínom a perorálny mavacam v dávke 2,5 mg denne. Po 4 mesiacoch sa gradient výtokového traktu znížil z 51 mmHg na 9–12 mmHg. Liečba zmiernila ischémiu myokardu aj obštrukciu výtokového traktu a priniesla úľavu od symptómov.</w:t>
      </w:r>
    </w:p>
    <w:p/>
    <w:p>
      <w:pPr>
        <w:jc w:val="center"/>
      </w:pPr>
      <w:r>
        <w:t>Vygenerované: 26.03.2026 17:00:32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