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Osoby ovplyvňujúce zdravie hovoria o sociálnych médiách a duševnom zdraví</w:t>
      </w:r>
    </w:p>
    <w:p>
      <w:r>
        <w:t>Zdroj: STAT News</w:t>
      </w:r>
    </w:p>
    <w:p>
      <w:r>
        <w:t>Publikované: Thu, 26 Mar 2026 15:53:11 +0000</w:t>
      </w:r>
    </w:p>
    <w:p/>
    <w:p>
      <w:pPr>
        <w:pStyle w:val="Heading1"/>
      </w:pPr>
      <w:r>
        <w:t>Súhrn</w:t>
      </w:r>
    </w:p>
    <w:p>
      <w:r>
        <w:t>V správe STATus z tohto týždňa sa vplyvní zdravotnícki komunikátori Jessica Knurick, Morgan „Dr. Noc“ McSweeney a Jessica Malaty Rivera rozprávajú o vplyvoch sociálnych médií na duševné zdravie. Títo influenceri diskutujú o tom, ako sociálne siete ovplyvňujú duševné zdravie ľudí. Jessica Knurick, Morgan McSweeney a Jessica Malaty Rivera sú zdravotnícki komunikátori, ktorí zdieľajú svoje pohľady v tejto správe. Podujatie súvisí so STAT Breakthrough Summit East, kde sa zúčastnia 19. marca v New Yorku. Správa sa zameriava na tému sociálnych médií a ich dopadov na duševné zdravie.[1]</w:t>
      </w:r>
    </w:p>
    <w:p/>
    <w:p>
      <w:pPr>
        <w:jc w:val="center"/>
      </w:pPr>
      <w:r>
        <w:t>Vygenerované: 26.03.2026 17:00:42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